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00A" w:rsidRPr="00EF6BFA" w:rsidRDefault="00EF6BFA" w:rsidP="00EF6BFA">
      <w:pPr>
        <w:pStyle w:val="aa"/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EF6BFA">
        <w:rPr>
          <w:rFonts w:ascii="Times New Roman" w:hAnsi="Times New Roman" w:cs="Times New Roman"/>
          <w:color w:val="000000" w:themeColor="text1"/>
        </w:rPr>
        <w:t>Физика пәнінен дәстүрлі емтихан сұрақтары</w:t>
      </w:r>
    </w:p>
    <w:p w:rsidR="0064700A" w:rsidRPr="00EF6BFA" w:rsidRDefault="00EF6BFA" w:rsidP="00EF6BFA">
      <w:pPr>
        <w:pStyle w:val="1"/>
        <w:spacing w:before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EF6BFA">
        <w:rPr>
          <w:rFonts w:ascii="Times New Roman" w:hAnsi="Times New Roman" w:cs="Times New Roman"/>
          <w:color w:val="000000" w:themeColor="text1"/>
        </w:rPr>
        <w:t>1-нұсқа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EF6BFA">
        <w:rPr>
          <w:rFonts w:ascii="Times New Roman" w:hAnsi="Times New Roman" w:cs="Times New Roman"/>
          <w:color w:val="000000" w:themeColor="text1"/>
        </w:rPr>
        <w:t>1. Электромеханикалық ұқсастық дегеніміз не? Сәйкес шамаларды сәйкестендіріңіз.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EF6BFA">
        <w:rPr>
          <w:rFonts w:ascii="Times New Roman" w:hAnsi="Times New Roman" w:cs="Times New Roman"/>
          <w:color w:val="000000" w:themeColor="text1"/>
        </w:rPr>
        <w:t>2. Жарық интерференциясы дегеніміз не? Жұқа қабықшадағы интерференцияны түсіндіріңіз.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EF6BFA">
        <w:rPr>
          <w:rFonts w:ascii="Times New Roman" w:hAnsi="Times New Roman" w:cs="Times New Roman"/>
          <w:color w:val="000000" w:themeColor="text1"/>
        </w:rPr>
        <w:t>3. Радиоактивтік дегеніміз не? α, β, γ-сәулелену түрлерін сипаттаңыз.</w:t>
      </w:r>
    </w:p>
    <w:p w:rsidR="0064700A" w:rsidRPr="00EF6BFA" w:rsidRDefault="00EF6BFA" w:rsidP="00EF6BFA">
      <w:pPr>
        <w:pStyle w:val="1"/>
        <w:spacing w:before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EF6BFA">
        <w:rPr>
          <w:rFonts w:ascii="Times New Roman" w:hAnsi="Times New Roman" w:cs="Times New Roman"/>
          <w:color w:val="000000" w:themeColor="text1"/>
        </w:rPr>
        <w:t>2-нұсқа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EF6BFA">
        <w:rPr>
          <w:rFonts w:ascii="Times New Roman" w:hAnsi="Times New Roman" w:cs="Times New Roman"/>
          <w:color w:val="000000" w:themeColor="text1"/>
        </w:rPr>
        <w:t>1. Өшетін тербелістердің математикалық сипаттамасы мен энергияның азаю механизмін түсіндіріңіз.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2. Фотоэффект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құбылысы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Планк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формуласы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бойынша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фотон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энергиясын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анықтау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3.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Металдардың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электр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өткізгіштігінің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кванттық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теориясын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сипаттаңыз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pStyle w:val="1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>3-нұсқа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1.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Мәжбүрлі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тербелістер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дегеніміз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не? Резонанс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жағдайын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сипаттаңыз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2. Де Бройль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толқын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ұзындығы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формуласы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оның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физикалық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мағынасы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3.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Жартылай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өткізгіштер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мен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диэлектриктердің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энергетикалық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аймақтық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құрылымын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салыстырыңыз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pStyle w:val="1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>4-нұсқа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1.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Толқындық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қозғалыстың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сипаттамасы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мен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жазық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толқын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теңдеуін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түсіндіріңіз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2. Бор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постулаттарын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сутегі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атомының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құрылымын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сипаттаңыз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3.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Жарықтың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дисперсиясы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оның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қолдану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салалары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pStyle w:val="1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>5-нұсқа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1.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Гармоникалық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тербелістердің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кинетикалық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потенциалдық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энергиясы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қалай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өзгереді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?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2.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Жарықтың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поляризациясы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. Поляризатор мен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анализатордың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рөлі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3.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Сызықтық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спектрлер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дегеніміз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не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олар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қандай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жағдайларда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пайда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болады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?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bookmarkStart w:id="0" w:name="_GoBack"/>
      <w:bookmarkEnd w:id="0"/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жазықтығы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тербеліс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жазықтығы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ұғымдарын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түсіндіріңіз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sectPr w:rsidR="0064700A" w:rsidRPr="00EF6BF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4700A"/>
    <w:rsid w:val="00AA1D8D"/>
    <w:rsid w:val="00B40462"/>
    <w:rsid w:val="00B47730"/>
    <w:rsid w:val="00CB0664"/>
    <w:rsid w:val="00EF6BF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5977FF"/>
  <w14:defaultImageDpi w14:val="300"/>
  <w15:docId w15:val="{EC7BA7E6-90E1-4D82-8A7A-C8E58A164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  <w:rPr>
      <w:sz w:val="24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D5D4904-39C5-413B-8AC5-B7335AEC7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1116</Characters>
  <Application>Microsoft Office Word</Application>
  <DocSecurity>0</DocSecurity>
  <Lines>27</Lines>
  <Paragraphs>25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1244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3</cp:revision>
  <dcterms:created xsi:type="dcterms:W3CDTF">2025-04-11T06:33:00Z</dcterms:created>
  <dcterms:modified xsi:type="dcterms:W3CDTF">2025-04-29T11:04:00Z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dc27ef32424075c17ebbccacd9919e3a2d8667a04d10b63e8c869b29a8bf86e1</vt:lpwstr>
  </property>
</Properties>
</file>